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2"/>
        <w:gridCol w:w="1584"/>
      </w:tblGrid>
      <w:tr>
        <w:tc>
          <w:tcPr>
            <w:tcW w:type="dxa" w:w="5083"/>
            <w:shd w:fill="082B4F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DOING LIFE TODAY  |  COMMUNITY CONNECTORS</w:t>
            </w:r>
          </w:p>
        </w:tc>
        <w:tc>
          <w:tcPr>
            <w:tcW w:type="dxa" w:w="5083"/>
            <w:shd w:fill="F6C455"/>
          </w:tcPr>
          <w:p>
            <w:pPr>
              <w:spacing w:after="0"/>
              <w:jc w:val="center"/>
            </w:pPr>
            <w:r>
              <w:rPr>
                <w:b/>
                <w:color w:val="082B4F"/>
                <w:sz w:val="18"/>
              </w:rPr>
              <w:t>MEDIA</w:t>
            </w:r>
          </w:p>
        </w:tc>
      </w:tr>
    </w:tbl>
    <w:p>
      <w:pPr>
        <w:pStyle w:val="Title"/>
      </w:pPr>
      <w:r>
        <w:t>Local Connector Media Profile and Report</w:t>
      </w:r>
    </w:p>
    <w:p>
      <w:pPr>
        <w:spacing w:after="260"/>
      </w:pPr>
      <w:r>
        <w:rPr>
          <w:i/>
          <w:color w:val="526B7D"/>
        </w:rPr>
        <w:t>Complete the profile before outreach and the report after any media response</w:t>
      </w:r>
    </w:p>
    <w:p>
      <w:pPr>
        <w:pStyle w:val="Heading1"/>
      </w:pPr>
      <w:r>
        <w:t>Your Local Profile</w:t>
      </w:r>
    </w:p>
    <w:p>
      <w:r>
        <w:t>Name: ______________________________________________________________</w:t>
      </w:r>
    </w:p>
    <w:p>
      <w:r>
        <w:t>Community: ______________________________________________________________</w:t>
      </w:r>
    </w:p>
    <w:p>
      <w:r>
        <w:t>Province state or region: ______________________________________________________________</w:t>
      </w:r>
    </w:p>
    <w:p>
      <w:r>
        <w:t>Country: ______________________________________________________________</w:t>
      </w:r>
    </w:p>
    <w:p>
      <w:r>
        <w:t>Preferred email: ______________________________________________________________</w:t>
      </w:r>
    </w:p>
    <w:p>
      <w:r>
        <w:t>Preferred phone if you choose to share it: ______________________________________________________________</w:t>
      </w:r>
    </w:p>
    <w:p>
      <w:pPr>
        <w:spacing w:before="160" w:after="60"/>
      </w:pPr>
      <w:r>
        <w:rPr>
          <w:b/>
          <w:color w:val="082B4F"/>
          <w:sz w:val="18"/>
        </w:rPr>
        <w:t>HOW YOU DESCRIBE YOUR CONNECTION TO PARKINSON'S</w:t>
      </w:r>
    </w:p>
    <w:p>
      <w:pPr>
        <w:ind w:left="72"/>
      </w:pPr>
      <w:r>
        <w:rPr>
          <w:sz w:val="26"/>
        </w:rPr>
        <w:t xml:space="preserve">☐ </w:t>
      </w:r>
      <w:r>
        <w:t>Person living with Parkinson's</w:t>
      </w:r>
    </w:p>
    <w:p>
      <w:pPr>
        <w:ind w:left="72"/>
      </w:pPr>
      <w:r>
        <w:rPr>
          <w:sz w:val="26"/>
        </w:rPr>
        <w:t xml:space="preserve">☐ </w:t>
      </w:r>
      <w:r>
        <w:t>Care partner</w:t>
      </w:r>
    </w:p>
    <w:p>
      <w:pPr>
        <w:ind w:left="72"/>
      </w:pPr>
      <w:r>
        <w:rPr>
          <w:sz w:val="26"/>
        </w:rPr>
        <w:t xml:space="preserve">☐ </w:t>
      </w:r>
      <w:r>
        <w:t>Family member or friend</w:t>
      </w:r>
    </w:p>
    <w:p>
      <w:pPr>
        <w:ind w:left="72"/>
      </w:pPr>
      <w:r>
        <w:rPr>
          <w:sz w:val="26"/>
        </w:rPr>
        <w:t xml:space="preserve">☐ </w:t>
      </w:r>
      <w:r>
        <w:t>Supporter</w:t>
      </w:r>
    </w:p>
    <w:p>
      <w:r>
        <w:t>Why I became a Community Connector in two or three sentences:</w:t>
      </w:r>
    </w:p>
    <w:p>
      <w:r>
        <w:t>________________________________________________________________________________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Media Interest Report</w:t>
      </w:r>
    </w:p>
    <w:p>
      <w:r>
        <w:t>Outlet and journalist: ______________________________________________________________</w:t>
      </w:r>
    </w:p>
    <w:p>
      <w:r>
        <w:t>Date of response: ______________________________________________________________</w:t>
      </w:r>
    </w:p>
    <w:p>
      <w:r>
        <w:t>Email and phone: ______________________________________________________________</w:t>
      </w:r>
    </w:p>
    <w:p>
      <w:r>
        <w:t>Story or interview requested: ______________________________________________________________</w:t>
      </w:r>
    </w:p>
    <w:p>
      <w:r>
        <w:t>Deadline: ______________________________________________________________</w:t>
      </w:r>
    </w:p>
    <w:p>
      <w:r>
        <w:t>Link after publication: ______________________________________________________________</w:t>
      </w:r>
    </w:p>
    <w:p>
      <w:pPr>
        <w:spacing w:before="160" w:after="60"/>
      </w:pPr>
      <w:r>
        <w:rPr>
          <w:b/>
          <w:color w:val="082B4F"/>
          <w:sz w:val="18"/>
        </w:rPr>
        <w:t>WHAT HAPPENS NEXT</w:t>
      </w:r>
    </w:p>
    <w:p>
      <w:pPr>
        <w:ind w:left="72"/>
      </w:pPr>
      <w:r>
        <w:rPr>
          <w:sz w:val="26"/>
        </w:rPr>
        <w:t xml:space="preserve">☐ </w:t>
      </w:r>
      <w:r>
        <w:t>I answered only from my own lived experience</w:t>
      </w:r>
    </w:p>
    <w:p>
      <w:pPr>
        <w:ind w:left="72"/>
      </w:pPr>
      <w:r>
        <w:rPr>
          <w:sz w:val="26"/>
        </w:rPr>
        <w:t xml:space="preserve">☐ </w:t>
      </w:r>
      <w:r>
        <w:t>An official DLT statement or interview is requested</w:t>
      </w:r>
    </w:p>
    <w:p>
      <w:pPr>
        <w:ind w:left="72"/>
      </w:pPr>
      <w:r>
        <w:rPr>
          <w:sz w:val="26"/>
        </w:rPr>
        <w:t xml:space="preserve">☐ </w:t>
      </w:r>
      <w:r>
        <w:t>The journalist needs photographs or programme information</w:t>
      </w:r>
    </w:p>
    <w:p>
      <w:pPr>
        <w:ind w:left="72"/>
      </w:pPr>
      <w:r>
        <w:rPr>
          <w:sz w:val="26"/>
        </w:rPr>
        <w:t xml:space="preserve">☐ </w:t>
      </w:r>
      <w:r>
        <w:t>I forwarded the request to office@dolifetoday.com</w:t>
      </w:r>
    </w:p>
    <w:p>
      <w:r>
        <w:t>Notes for the DLT team:</w:t>
      </w:r>
    </w:p>
    <w:p>
      <w:r>
        <w:t>________________________________________________________________________________</w:t>
        <w:br/>
        <w:t>________________________________________________________________________________</w:t>
        <w:br/>
        <w:t>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B7D"/>
        <w:sz w:val="16"/>
      </w:rPr>
      <w:t>Doing Life Today  |  office@dolifetoday.com  |  dolifetoday.com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17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2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